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59EB34" w14:textId="77777777" w:rsidR="00F62E49" w:rsidRDefault="00F62E49" w:rsidP="00F62E4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TÍTULO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TÍTULO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TÍTULO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TÍTULO</w:t>
      </w:r>
      <w:proofErr w:type="spellEnd"/>
    </w:p>
    <w:p w14:paraId="24A10BC0" w14:textId="77777777" w:rsidR="00F62E49" w:rsidRDefault="00F62E49" w:rsidP="00F62E4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(letras maiúsculas, centralizado, negrito, espaçamento 1,5)</w:t>
      </w:r>
    </w:p>
    <w:p w14:paraId="7EF4CBFF" w14:textId="77777777" w:rsidR="00F62E49" w:rsidRDefault="00F62E49" w:rsidP="00F62E4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42EBF4" w14:textId="77777777" w:rsidR="00F62E49" w:rsidRDefault="00F62E49" w:rsidP="00F62E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RESUMO: </w:t>
      </w:r>
      <w:r>
        <w:rPr>
          <w:rFonts w:ascii="Times New Roman" w:hAnsi="Times New Roman" w:cs="Times New Roman"/>
          <w:sz w:val="24"/>
          <w:szCs w:val="24"/>
        </w:rPr>
        <w:t xml:space="preserve">A síntese do resumo expandido deverá conter uma abordagem geral do trabalho, abordando, de forma sintetizada, todos os tópicos que foram tratados no trabalho. Deverá conter entre 150 a 250 palavras, de forma justificada, com espaçamento simples. A palavra “Resumo” deverá estar em negrito e letras maiúsculas. </w:t>
      </w:r>
    </w:p>
    <w:p w14:paraId="72629BEC" w14:textId="77777777" w:rsidR="00F62E49" w:rsidRDefault="00F62E49" w:rsidP="00F62E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0493FC" w14:textId="77777777" w:rsidR="00F62E49" w:rsidRDefault="00F62E49" w:rsidP="00F62E4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Palavras-chave: </w:t>
      </w:r>
      <w:r>
        <w:rPr>
          <w:rFonts w:ascii="Times New Roman" w:hAnsi="Times New Roman" w:cs="Times New Roman"/>
          <w:sz w:val="24"/>
          <w:szCs w:val="24"/>
        </w:rPr>
        <w:t>de três a cinco palavras, separadas por ponto e vírgula.</w:t>
      </w:r>
    </w:p>
    <w:p w14:paraId="66AE1013" w14:textId="77777777" w:rsidR="00F62E49" w:rsidRDefault="00F62E49" w:rsidP="00F62E4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AB8776" w14:textId="77777777" w:rsidR="00F62E49" w:rsidRDefault="00F62E49" w:rsidP="00F62E4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INTRODUÇÃO</w:t>
      </w:r>
    </w:p>
    <w:p w14:paraId="55789C8C" w14:textId="77777777" w:rsidR="00F62E49" w:rsidRDefault="00F62E49" w:rsidP="00F62E4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1A892B" w14:textId="77777777" w:rsidR="00F62E49" w:rsidRDefault="00F62E49" w:rsidP="00F62E4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seção "Introdução" deve ser iniciada com o título em letras maiúsculas, </w:t>
      </w:r>
      <w:r>
        <w:rPr>
          <w:rFonts w:ascii="Times New Roman" w:hAnsi="Times New Roman" w:cs="Times New Roman"/>
          <w:bCs/>
          <w:sz w:val="24"/>
          <w:szCs w:val="24"/>
        </w:rPr>
        <w:t>sem numeração</w:t>
      </w:r>
      <w:r>
        <w:rPr>
          <w:rFonts w:ascii="Times New Roman" w:hAnsi="Times New Roman" w:cs="Times New Roman"/>
          <w:sz w:val="24"/>
          <w:szCs w:val="24"/>
        </w:rPr>
        <w:t xml:space="preserve">, em </w:t>
      </w:r>
      <w:r>
        <w:rPr>
          <w:rFonts w:ascii="Times New Roman" w:hAnsi="Times New Roman" w:cs="Times New Roman"/>
          <w:bCs/>
          <w:sz w:val="24"/>
          <w:szCs w:val="24"/>
        </w:rPr>
        <w:t>negrito</w:t>
      </w:r>
      <w:r>
        <w:rPr>
          <w:rFonts w:ascii="Times New Roman" w:hAnsi="Times New Roman" w:cs="Times New Roman"/>
          <w:sz w:val="24"/>
          <w:szCs w:val="24"/>
        </w:rPr>
        <w:t xml:space="preserve">, com </w:t>
      </w:r>
      <w:r>
        <w:rPr>
          <w:rFonts w:ascii="Times New Roman" w:hAnsi="Times New Roman" w:cs="Times New Roman"/>
          <w:bCs/>
          <w:sz w:val="24"/>
          <w:szCs w:val="24"/>
        </w:rPr>
        <w:t>alinhamento à esquerda</w:t>
      </w:r>
      <w:r>
        <w:rPr>
          <w:rFonts w:ascii="Times New Roman" w:hAnsi="Times New Roman" w:cs="Times New Roman"/>
          <w:sz w:val="24"/>
          <w:szCs w:val="24"/>
        </w:rPr>
        <w:t xml:space="preserve">. O texto da introdução deve vir logo abaixo do título, com um </w:t>
      </w:r>
      <w:r>
        <w:rPr>
          <w:rFonts w:ascii="Times New Roman" w:hAnsi="Times New Roman" w:cs="Times New Roman"/>
          <w:bCs/>
          <w:sz w:val="24"/>
          <w:szCs w:val="24"/>
        </w:rPr>
        <w:t>espaçamento extra antes do primeiro parágrafo ou depois do parágrafo</w:t>
      </w:r>
      <w:r>
        <w:rPr>
          <w:rFonts w:ascii="Times New Roman" w:hAnsi="Times New Roman" w:cs="Times New Roman"/>
          <w:sz w:val="24"/>
          <w:szCs w:val="24"/>
        </w:rPr>
        <w:t xml:space="preserve">, com </w:t>
      </w:r>
      <w:r>
        <w:rPr>
          <w:rFonts w:ascii="Times New Roman" w:hAnsi="Times New Roman" w:cs="Times New Roman"/>
          <w:bCs/>
          <w:sz w:val="24"/>
          <w:szCs w:val="24"/>
        </w:rPr>
        <w:t>recuo de 1,5 cm na primeira linha</w:t>
      </w:r>
      <w:r>
        <w:rPr>
          <w:rFonts w:ascii="Times New Roman" w:hAnsi="Times New Roman" w:cs="Times New Roman"/>
          <w:sz w:val="24"/>
          <w:szCs w:val="24"/>
        </w:rPr>
        <w:t xml:space="preserve"> de cada parágrafo e </w:t>
      </w:r>
      <w:r>
        <w:rPr>
          <w:rFonts w:ascii="Times New Roman" w:hAnsi="Times New Roman" w:cs="Times New Roman"/>
          <w:bCs/>
          <w:sz w:val="24"/>
          <w:szCs w:val="24"/>
        </w:rPr>
        <w:t>justificado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80CF617" w14:textId="77777777" w:rsidR="00F62E49" w:rsidRPr="006A401A" w:rsidRDefault="00F62E49" w:rsidP="006A401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corpo da introdução deve apresentar o tema do trabalho, delimitação do problema, objetivos (geral e específicos), justificativa da pesquisa e, se for o caso, a hipótese. Não se utiliza espaçamento adicional entre parágrafos. A fonte adotada pelo Centro Universitário Antônio Eufrásio de </w:t>
      </w:r>
      <w:r w:rsidRPr="006A401A">
        <w:rPr>
          <w:rFonts w:ascii="Times New Roman" w:hAnsi="Times New Roman" w:cs="Times New Roman"/>
          <w:sz w:val="24"/>
          <w:szCs w:val="24"/>
        </w:rPr>
        <w:t xml:space="preserve">Toledo deve ser Times New Roman, tamanho 12 e o espaçamento entre linhas deve ser </w:t>
      </w:r>
      <w:r w:rsidRPr="006A401A">
        <w:rPr>
          <w:rFonts w:ascii="Times New Roman" w:hAnsi="Times New Roman" w:cs="Times New Roman"/>
          <w:bCs/>
          <w:sz w:val="24"/>
          <w:szCs w:val="24"/>
        </w:rPr>
        <w:t>1,5</w:t>
      </w:r>
      <w:r w:rsidRPr="006A401A">
        <w:rPr>
          <w:rFonts w:ascii="Times New Roman" w:hAnsi="Times New Roman" w:cs="Times New Roman"/>
          <w:sz w:val="24"/>
          <w:szCs w:val="24"/>
        </w:rPr>
        <w:t>.</w:t>
      </w:r>
    </w:p>
    <w:p w14:paraId="74497E0F" w14:textId="5D5DA135" w:rsidR="00F62E49" w:rsidRPr="006A401A" w:rsidRDefault="006A401A" w:rsidP="006A401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6A401A">
        <w:rPr>
          <w:rFonts w:ascii="Times New Roman" w:hAnsi="Times New Roman" w:cs="Times New Roman"/>
          <w:sz w:val="23"/>
          <w:szCs w:val="23"/>
        </w:rPr>
        <w:t>Os resumos expandidos deverão ter no mínimo 3 (três) e máximo 5 (cinco) laudas incluindo referências</w:t>
      </w:r>
      <w:r w:rsidR="00F62E49" w:rsidRPr="006A401A">
        <w:rPr>
          <w:rFonts w:ascii="Times New Roman" w:hAnsi="Times New Roman" w:cs="Times New Roman"/>
          <w:sz w:val="24"/>
          <w:szCs w:val="24"/>
        </w:rPr>
        <w:t>. Resumos expandidos fora desses limites serão recusados, por descumprirem os requisitos mínimos para sua formação.</w:t>
      </w:r>
    </w:p>
    <w:bookmarkEnd w:id="0"/>
    <w:p w14:paraId="4275FE02" w14:textId="77777777" w:rsidR="00F62E49" w:rsidRDefault="00F62E49" w:rsidP="00F62E4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9E769B" w14:textId="084B0848" w:rsidR="00F62E49" w:rsidRDefault="00F62E49" w:rsidP="00F62E4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DESENVOLVIMENTO</w:t>
      </w:r>
    </w:p>
    <w:p w14:paraId="3138F705" w14:textId="77777777" w:rsidR="00F62E49" w:rsidRDefault="00F62E49" w:rsidP="00F62E4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694511" w14:textId="77777777" w:rsidR="00F62E49" w:rsidRDefault="00F62E49" w:rsidP="00F62E4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desenvolvimento é o corpo do texto e </w:t>
      </w:r>
      <w:r>
        <w:rPr>
          <w:rFonts w:ascii="Times New Roman" w:hAnsi="Times New Roman" w:cs="Times New Roman"/>
          <w:bCs/>
          <w:sz w:val="24"/>
          <w:szCs w:val="24"/>
        </w:rPr>
        <w:t>pode ser dividido em subtópicos. Contudo, diferente do artigo, o resumo expandido é muito mais simples.</w:t>
      </w:r>
      <w:r>
        <w:rPr>
          <w:rFonts w:ascii="Times New Roman" w:hAnsi="Times New Roman" w:cs="Times New Roman"/>
          <w:sz w:val="24"/>
          <w:szCs w:val="24"/>
        </w:rPr>
        <w:t xml:space="preserve"> O texto dos parágrafos deve ser </w:t>
      </w:r>
      <w:r>
        <w:rPr>
          <w:rFonts w:ascii="Times New Roman" w:hAnsi="Times New Roman" w:cs="Times New Roman"/>
          <w:bCs/>
          <w:sz w:val="24"/>
          <w:szCs w:val="24"/>
        </w:rPr>
        <w:t>justificado</w:t>
      </w:r>
      <w:r>
        <w:rPr>
          <w:rFonts w:ascii="Times New Roman" w:hAnsi="Times New Roman" w:cs="Times New Roman"/>
          <w:sz w:val="24"/>
          <w:szCs w:val="24"/>
        </w:rPr>
        <w:t xml:space="preserve">, com </w:t>
      </w:r>
      <w:r>
        <w:rPr>
          <w:rFonts w:ascii="Times New Roman" w:hAnsi="Times New Roman" w:cs="Times New Roman"/>
          <w:bCs/>
          <w:sz w:val="24"/>
          <w:szCs w:val="24"/>
        </w:rPr>
        <w:t>recuo de 1,5 cm na primeira linha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sem espaçamento antes ou depois dos parágrafos</w:t>
      </w:r>
      <w:r>
        <w:rPr>
          <w:rFonts w:ascii="Times New Roman" w:hAnsi="Times New Roman" w:cs="Times New Roman"/>
          <w:sz w:val="24"/>
          <w:szCs w:val="24"/>
        </w:rPr>
        <w:t xml:space="preserve">, mantendo o espaçamento </w:t>
      </w:r>
      <w:r>
        <w:rPr>
          <w:rFonts w:ascii="Times New Roman" w:hAnsi="Times New Roman" w:cs="Times New Roman"/>
          <w:bCs/>
          <w:sz w:val="24"/>
          <w:szCs w:val="24"/>
        </w:rPr>
        <w:t>1,5 entre linhas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E8B9D9A" w14:textId="77777777" w:rsidR="00F62E49" w:rsidRDefault="00F62E49" w:rsidP="00F62E4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7D2A03AB" w14:textId="77777777" w:rsidR="00F62E49" w:rsidRDefault="00F62E49" w:rsidP="00F62E4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CONSIDERAÇÕES FINAIS </w:t>
      </w:r>
    </w:p>
    <w:p w14:paraId="4FDBB886" w14:textId="77777777" w:rsidR="00F62E49" w:rsidRDefault="00F62E49" w:rsidP="00F62E4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B42BAD5" w14:textId="77777777" w:rsidR="00F62E49" w:rsidRDefault="00F62E49" w:rsidP="00F62E4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considerações finais devem ser breves e responder às questões correspondentes aos objetivos. Sendo necessário, podem ser apresentadas as recomendações e sugestões para futuros trabalhos. </w:t>
      </w:r>
    </w:p>
    <w:p w14:paraId="0A06422B" w14:textId="77777777" w:rsidR="00F62E49" w:rsidRDefault="00F62E49" w:rsidP="00F62E4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texto deve seguir as mesmas normas dos parágrafos anteriores: </w:t>
      </w:r>
      <w:r>
        <w:rPr>
          <w:rFonts w:ascii="Times New Roman" w:hAnsi="Times New Roman" w:cs="Times New Roman"/>
          <w:bCs/>
          <w:sz w:val="24"/>
          <w:szCs w:val="24"/>
        </w:rPr>
        <w:t>recuo de 1,5 cm na primeira linha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alinhamento justificado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sem espaçamento antes ou depois de parágrafos</w:t>
      </w:r>
      <w:r>
        <w:rPr>
          <w:rFonts w:ascii="Times New Roman" w:hAnsi="Times New Roman" w:cs="Times New Roman"/>
          <w:sz w:val="24"/>
          <w:szCs w:val="24"/>
        </w:rPr>
        <w:t xml:space="preserve">, e </w:t>
      </w:r>
      <w:r>
        <w:rPr>
          <w:rFonts w:ascii="Times New Roman" w:hAnsi="Times New Roman" w:cs="Times New Roman"/>
          <w:bCs/>
          <w:sz w:val="24"/>
          <w:szCs w:val="24"/>
        </w:rPr>
        <w:t>espaçamento de 1,5 entre linhas</w:t>
      </w:r>
      <w:r>
        <w:rPr>
          <w:rFonts w:ascii="Times New Roman" w:hAnsi="Times New Roman" w:cs="Times New Roman"/>
          <w:sz w:val="24"/>
          <w:szCs w:val="24"/>
        </w:rPr>
        <w:t>. Não se inicia esta seção em nova página, a menos que o texto anterior tenha terminado no final de uma folha.</w:t>
      </w:r>
    </w:p>
    <w:p w14:paraId="2D25155C" w14:textId="77777777" w:rsidR="00F62E49" w:rsidRDefault="00F62E49" w:rsidP="00F62E4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B12492" w14:textId="77777777" w:rsidR="00F62E49" w:rsidRDefault="00F62E49" w:rsidP="00F62E4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REFERÊNCIAS</w:t>
      </w:r>
    </w:p>
    <w:p w14:paraId="60D4A6B7" w14:textId="77777777" w:rsidR="00F62E49" w:rsidRDefault="00F62E49" w:rsidP="00F62E4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0CA4BB" w14:textId="77777777" w:rsidR="00F62E49" w:rsidRDefault="00F62E49" w:rsidP="00F62E4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seção de </w:t>
      </w:r>
      <w:r>
        <w:rPr>
          <w:rFonts w:ascii="Times New Roman" w:hAnsi="Times New Roman" w:cs="Times New Roman"/>
          <w:bCs/>
          <w:sz w:val="24"/>
          <w:szCs w:val="24"/>
        </w:rPr>
        <w:t>referências</w:t>
      </w:r>
      <w:r>
        <w:rPr>
          <w:rFonts w:ascii="Times New Roman" w:hAnsi="Times New Roman" w:cs="Times New Roman"/>
          <w:sz w:val="24"/>
          <w:szCs w:val="24"/>
        </w:rPr>
        <w:t xml:space="preserve"> deve ser iniciada com o título “REFERÊNCIAS” em </w:t>
      </w:r>
      <w:r>
        <w:rPr>
          <w:rFonts w:ascii="Times New Roman" w:hAnsi="Times New Roman" w:cs="Times New Roman"/>
          <w:bCs/>
          <w:sz w:val="24"/>
          <w:szCs w:val="24"/>
        </w:rPr>
        <w:t>letras maiúsculas, negrito, alinhado à esquerda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sem numeração</w:t>
      </w:r>
      <w:r>
        <w:rPr>
          <w:rFonts w:ascii="Times New Roman" w:hAnsi="Times New Roman" w:cs="Times New Roman"/>
          <w:sz w:val="24"/>
          <w:szCs w:val="24"/>
        </w:rPr>
        <w:t xml:space="preserve">. A lista de referências deve vir logo abaixo do título, sem espaçamento adicional entre o título e o primeiro item. Os itens devem ser organizados </w:t>
      </w:r>
      <w:r>
        <w:rPr>
          <w:rFonts w:ascii="Times New Roman" w:hAnsi="Times New Roman" w:cs="Times New Roman"/>
          <w:bCs/>
          <w:sz w:val="24"/>
          <w:szCs w:val="24"/>
        </w:rPr>
        <w:t>em ordem alfabética pelo sobrenome do primeiro autor</w:t>
      </w:r>
      <w:r>
        <w:rPr>
          <w:rFonts w:ascii="Times New Roman" w:hAnsi="Times New Roman" w:cs="Times New Roman"/>
          <w:sz w:val="24"/>
          <w:szCs w:val="24"/>
        </w:rPr>
        <w:t xml:space="preserve">, sem numeração ou marcadores. </w:t>
      </w:r>
    </w:p>
    <w:p w14:paraId="55187A24" w14:textId="77777777" w:rsidR="00F62E49" w:rsidRDefault="00F62E49" w:rsidP="00F62E4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Cada referência deve iniciar </w:t>
      </w:r>
      <w:r>
        <w:rPr>
          <w:rFonts w:ascii="Times New Roman" w:hAnsi="Times New Roman" w:cs="Times New Roman"/>
          <w:bCs/>
          <w:sz w:val="24"/>
          <w:szCs w:val="24"/>
        </w:rPr>
        <w:t>alinhada à margem esquerda, sem recuo</w:t>
      </w:r>
      <w:r>
        <w:rPr>
          <w:rFonts w:ascii="Times New Roman" w:hAnsi="Times New Roman" w:cs="Times New Roman"/>
          <w:sz w:val="24"/>
          <w:szCs w:val="24"/>
        </w:rPr>
        <w:t xml:space="preserve">, com </w:t>
      </w:r>
      <w:r>
        <w:rPr>
          <w:rFonts w:ascii="Times New Roman" w:hAnsi="Times New Roman" w:cs="Times New Roman"/>
          <w:bCs/>
          <w:sz w:val="24"/>
          <w:szCs w:val="24"/>
        </w:rPr>
        <w:t>espaçamento simples entre as linhas de uma mesma referência</w:t>
      </w:r>
      <w:r>
        <w:rPr>
          <w:rFonts w:ascii="Times New Roman" w:hAnsi="Times New Roman" w:cs="Times New Roman"/>
          <w:sz w:val="24"/>
          <w:szCs w:val="24"/>
        </w:rPr>
        <w:t xml:space="preserve"> e </w:t>
      </w:r>
      <w:r>
        <w:rPr>
          <w:rFonts w:ascii="Times New Roman" w:hAnsi="Times New Roman" w:cs="Times New Roman"/>
          <w:bCs/>
          <w:sz w:val="24"/>
          <w:szCs w:val="24"/>
        </w:rPr>
        <w:t>espaçamento duplo entre uma referência e outra</w:t>
      </w:r>
      <w:r>
        <w:rPr>
          <w:rFonts w:ascii="Times New Roman" w:hAnsi="Times New Roman" w:cs="Times New Roman"/>
          <w:sz w:val="24"/>
          <w:szCs w:val="24"/>
        </w:rPr>
        <w:t xml:space="preserve"> (ou seja, uma linha em branco entre elas). O alinhamento deve ser </w:t>
      </w:r>
      <w:r>
        <w:rPr>
          <w:rFonts w:ascii="Times New Roman" w:hAnsi="Times New Roman" w:cs="Times New Roman"/>
          <w:bCs/>
          <w:sz w:val="24"/>
          <w:szCs w:val="24"/>
        </w:rPr>
        <w:t>justificado</w:t>
      </w:r>
      <w:r>
        <w:rPr>
          <w:rFonts w:ascii="Times New Roman" w:hAnsi="Times New Roman" w:cs="Times New Roman"/>
          <w:sz w:val="24"/>
          <w:szCs w:val="24"/>
        </w:rPr>
        <w:t>. A fonte deve ser Times New Roman ou Arial, tamanho 12.O padrão de elaboração das referências deve observar o manual de normalização da Toledo Prudente Centro Universitário, disponível no portal acadêmico. Por exemplo:</w:t>
      </w:r>
    </w:p>
    <w:p w14:paraId="2712999C" w14:textId="77777777" w:rsidR="00F62E49" w:rsidRDefault="00F62E49" w:rsidP="00F62E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9BCA0B" w14:textId="77777777" w:rsidR="00F62E49" w:rsidRDefault="00F62E49" w:rsidP="00F62E4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_Toc195484474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AGOSTINHO,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Luis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Otávio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Vincenzi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BREGA FILHO, Vladimir.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Por um olhar democrático às ações afirmativas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 Revista Brasileira de Estudos Pedagógicos, Brasília, v. 92, n. 232, p. 455–476, set./dez. 2011.</w:t>
      </w:r>
    </w:p>
    <w:p w14:paraId="66A2CFB3" w14:textId="77777777" w:rsidR="00F62E49" w:rsidRDefault="00F62E49" w:rsidP="00F62E4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F06FFB7" w14:textId="77777777" w:rsidR="00F62E49" w:rsidRDefault="00F62E49" w:rsidP="00F62E4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BANAJI,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Mahzarin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R.; FISKE, Susan T.; MASSEY, Douglas S. </w:t>
      </w:r>
      <w:proofErr w:type="spellStart"/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Systemic</w:t>
      </w:r>
      <w:proofErr w:type="spellEnd"/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racism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individuals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interactions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institutions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society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Cognitive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Research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Principles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Implications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, v. 6, n. 82, 2021. Disponível em: https://cognitiveresearchjournal.springeropen.com/articles/10.1186/s41235-021-00349-3. Acesso em: 14 abr. 2025.</w:t>
      </w:r>
      <w:bookmarkEnd w:id="1"/>
    </w:p>
    <w:p w14:paraId="1A8CC25C" w14:textId="77777777" w:rsidR="00F62E49" w:rsidRDefault="00F62E49" w:rsidP="00F62E49">
      <w:pPr>
        <w:pStyle w:val="Ttulo1"/>
        <w:spacing w:before="0" w:line="240" w:lineRule="auto"/>
        <w:ind w:left="2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50903B6" w14:textId="77777777" w:rsidR="00F62E49" w:rsidRDefault="00F62E49" w:rsidP="00F62E4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BENTO, Cida.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O pacto da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branquitude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 São Paulo: Companhia das Letras, 2022.</w:t>
      </w:r>
    </w:p>
    <w:p w14:paraId="65E0311C" w14:textId="77777777" w:rsidR="00F62E49" w:rsidRDefault="00F62E49" w:rsidP="00F62E49">
      <w:pPr>
        <w:pStyle w:val="Ttulo1"/>
        <w:spacing w:before="0" w:line="240" w:lineRule="auto"/>
        <w:ind w:left="2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4C8F0C3" w14:textId="77777777" w:rsidR="00F62E49" w:rsidRDefault="00F62E49" w:rsidP="00F62E4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BORGES, Bruno Barbosa.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 controle de convencionalidade no Sistema Interamericano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 entre o conflito e o diálogo de jurisdições. Rio de Janeiro: Lúmen Juris, 2018.</w:t>
      </w:r>
    </w:p>
    <w:p w14:paraId="0BC950C5" w14:textId="77777777" w:rsidR="00F62E49" w:rsidRDefault="00F62E49" w:rsidP="00F62E49">
      <w:pPr>
        <w:pStyle w:val="Ttulo1"/>
        <w:spacing w:before="0" w:line="240" w:lineRule="auto"/>
        <w:ind w:left="2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52C4692" w14:textId="56A85F1E" w:rsidR="00F62E49" w:rsidRDefault="00F62E49" w:rsidP="00F62E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BRASIL.</w:t>
      </w:r>
      <w:r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[Constituição</w:t>
      </w:r>
      <w:r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(1988)].</w:t>
      </w:r>
      <w:r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Constituição</w:t>
      </w:r>
      <w:r>
        <w:rPr>
          <w:rFonts w:ascii="Times New Roman" w:hAnsi="Times New Roman" w:cs="Times New Roman"/>
          <w:color w:val="000000" w:themeColor="text1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da</w:t>
      </w:r>
      <w:r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República</w:t>
      </w:r>
      <w:r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Federativa</w:t>
      </w:r>
      <w:r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do</w:t>
      </w:r>
      <w:r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Brasil</w:t>
      </w:r>
      <w:r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 1988. Brasília, DF: Presidência da República, [2024]. Disponível em: </w:t>
      </w:r>
      <w:r w:rsidRPr="00F62E49">
        <w:rPr>
          <w:rFonts w:ascii="Times New Roman" w:hAnsi="Times New Roman" w:cs="Times New Roman"/>
          <w:sz w:val="24"/>
          <w:szCs w:val="24"/>
        </w:rPr>
        <w:t>https://www.planalto.gov.br/ccivil_03/constituicao/constituicao.htm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 Acesso em: 08 set. 2024.</w:t>
      </w:r>
    </w:p>
    <w:p w14:paraId="6B1ABDC6" w14:textId="1FDF30A5" w:rsidR="00366154" w:rsidRPr="00F62E49" w:rsidRDefault="00366154" w:rsidP="00F62E49"/>
    <w:sectPr w:rsidR="00366154" w:rsidRPr="00F62E49" w:rsidSect="0010407F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701" w:right="1134" w:bottom="1134" w:left="1701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451D6C" w14:textId="77777777" w:rsidR="000C4DFB" w:rsidRDefault="000C4DFB" w:rsidP="000C4DFB">
      <w:pPr>
        <w:spacing w:after="0" w:line="240" w:lineRule="auto"/>
      </w:pPr>
      <w:r>
        <w:separator/>
      </w:r>
    </w:p>
  </w:endnote>
  <w:endnote w:type="continuationSeparator" w:id="0">
    <w:p w14:paraId="6527F124" w14:textId="77777777" w:rsidR="000C4DFB" w:rsidRDefault="000C4DFB" w:rsidP="000C4D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EC7592" w14:textId="394D0070" w:rsidR="006E63A1" w:rsidRPr="006E63A1" w:rsidRDefault="0010407F" w:rsidP="006E63A1">
    <w:pPr>
      <w:pStyle w:val="Rodap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A169590" wp14:editId="62940A81">
              <wp:simplePos x="0" y="0"/>
              <wp:positionH relativeFrom="column">
                <wp:posOffset>15179</wp:posOffset>
              </wp:positionH>
              <wp:positionV relativeFrom="paragraph">
                <wp:posOffset>46355</wp:posOffset>
              </wp:positionV>
              <wp:extent cx="5924611" cy="18604"/>
              <wp:effectExtent l="0" t="0" r="19050" b="19685"/>
              <wp:wrapSquare wrapText="bothSides"/>
              <wp:docPr id="38" name="Retângulo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24611" cy="18604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solidFill>
                          <a:srgbClr val="FF9933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BB9D28E" id="Retângulo 38" o:spid="_x0000_s1026" style="position:absolute;margin-left:1.2pt;margin-top:3.65pt;width:466.5pt;height:1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" fillcolor="black [3213]" strokecolor="#f93" strokeweight="2pt">
              <w10:wrap type="square"/>
            </v:rect>
          </w:pict>
        </mc:Fallback>
      </mc:AlternateContent>
    </w:r>
    <w:r w:rsidRPr="0010407F">
      <w:rPr>
        <w:rFonts w:ascii="Times New Roman" w:hAnsi="Times New Roman" w:cs="Times New Roman"/>
        <w:noProof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5669B272" wp14:editId="6A0BD407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9481820</wp:posOffset>
                  </wp:positionV>
                </mc:Fallback>
              </mc:AlternateContent>
              <wp:extent cx="457200" cy="320040"/>
              <wp:effectExtent l="19050" t="19050" r="19050" b="22860"/>
              <wp:wrapSquare wrapText="bothSides"/>
              <wp:docPr id="40" name="Retângulo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rgbClr val="FF9933"/>
                      </a:solidFill>
                      <a:ln w="38100">
                        <a:solidFill>
                          <a:srgbClr val="FF9933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563BF96" w14:textId="77777777" w:rsidR="0010407F" w:rsidRPr="0010407F" w:rsidRDefault="0010407F">
                          <w:pPr>
                            <w:jc w:val="right"/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10407F"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10407F"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24"/>
                              <w:szCs w:val="24"/>
                            </w:rPr>
                            <w:instrText>PAGE   \* MERGEFORMAT</w:instrText>
                          </w:r>
                          <w:r w:rsidRPr="0010407F"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10407F"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24"/>
                              <w:szCs w:val="24"/>
                            </w:rPr>
                            <w:t>2</w:t>
                          </w:r>
                          <w:r w:rsidRPr="0010407F"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669B272" id="Retângulo 40" o:spid="_x0000_s1026" style="position:absolute;left:0;text-align:left;margin-left:0;margin-top:0;width:36pt;height:25.2pt;z-index:251656192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" fillcolor="#f93" strokecolor="#f93" strokeweight="3pt">
              <v:textbox>
                <w:txbxContent>
                  <w:p w14:paraId="7563BF96" w14:textId="77777777" w:rsidR="0010407F" w:rsidRPr="0010407F" w:rsidRDefault="0010407F">
                    <w:pPr>
                      <w:jc w:val="right"/>
                      <w:rPr>
                        <w:rFonts w:ascii="Times New Roman" w:hAnsi="Times New Roman" w:cs="Times New Roman"/>
                        <w:color w:val="FFFFFF" w:themeColor="background1"/>
                        <w:sz w:val="24"/>
                        <w:szCs w:val="24"/>
                      </w:rPr>
                    </w:pPr>
                    <w:r w:rsidRPr="0010407F">
                      <w:rPr>
                        <w:rFonts w:ascii="Times New Roman" w:hAnsi="Times New Roman" w:cs="Times New Roman"/>
                        <w:color w:val="FFFFFF" w:themeColor="background1"/>
                        <w:sz w:val="24"/>
                        <w:szCs w:val="24"/>
                      </w:rPr>
                      <w:fldChar w:fldCharType="begin"/>
                    </w:r>
                    <w:r w:rsidRPr="0010407F">
                      <w:rPr>
                        <w:rFonts w:ascii="Times New Roman" w:hAnsi="Times New Roman" w:cs="Times New Roman"/>
                        <w:color w:val="FFFFFF" w:themeColor="background1"/>
                        <w:sz w:val="24"/>
                        <w:szCs w:val="24"/>
                      </w:rPr>
                      <w:instrText>PAGE   \* MERGEFORMAT</w:instrText>
                    </w:r>
                    <w:r w:rsidRPr="0010407F">
                      <w:rPr>
                        <w:rFonts w:ascii="Times New Roman" w:hAnsi="Times New Roman" w:cs="Times New Roman"/>
                        <w:color w:val="FFFFFF" w:themeColor="background1"/>
                        <w:sz w:val="24"/>
                        <w:szCs w:val="24"/>
                      </w:rPr>
                      <w:fldChar w:fldCharType="separate"/>
                    </w:r>
                    <w:r w:rsidRPr="0010407F">
                      <w:rPr>
                        <w:rFonts w:ascii="Times New Roman" w:hAnsi="Times New Roman" w:cs="Times New Roman"/>
                        <w:color w:val="FFFFFF" w:themeColor="background1"/>
                        <w:sz w:val="24"/>
                        <w:szCs w:val="24"/>
                      </w:rPr>
                      <w:t>2</w:t>
                    </w:r>
                    <w:r w:rsidRPr="0010407F">
                      <w:rPr>
                        <w:rFonts w:ascii="Times New Roman" w:hAnsi="Times New Roman" w:cs="Times New Roman"/>
                        <w:color w:val="FFFFFF" w:themeColor="background1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9BEAF5" w14:textId="18BFA7F9" w:rsidR="006E63A1" w:rsidRPr="006E63A1" w:rsidRDefault="006E63A1" w:rsidP="006E63A1">
    <w:pPr>
      <w:pStyle w:val="Rodap"/>
      <w:jc w:val="right"/>
      <w:rPr>
        <w:rFonts w:ascii="Times New Roman" w:hAnsi="Times New Roman" w:cs="Times New Roman"/>
      </w:rPr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15E7EF" w14:textId="77777777" w:rsidR="000C4DFB" w:rsidRDefault="000C4DFB" w:rsidP="000C4DFB">
      <w:pPr>
        <w:spacing w:after="0" w:line="240" w:lineRule="auto"/>
      </w:pPr>
      <w:r>
        <w:separator/>
      </w:r>
    </w:p>
  </w:footnote>
  <w:footnote w:type="continuationSeparator" w:id="0">
    <w:p w14:paraId="25F0DBAD" w14:textId="77777777" w:rsidR="000C4DFB" w:rsidRDefault="000C4DFB" w:rsidP="000C4D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F6108" w14:textId="7EF45CB0" w:rsidR="000C4DFB" w:rsidRPr="000C4DFB" w:rsidRDefault="0010407F" w:rsidP="000C4DFB">
    <w:pPr>
      <w:pStyle w:val="Cabealho"/>
      <w:tabs>
        <w:tab w:val="clear" w:pos="9360"/>
      </w:tabs>
      <w:ind w:left="-1701"/>
    </w:pPr>
    <w:r>
      <w:rPr>
        <w:noProof/>
      </w:rPr>
      <w:drawing>
        <wp:inline distT="0" distB="0" distL="0" distR="0" wp14:anchorId="5DE3752C" wp14:editId="7F94B5BC">
          <wp:extent cx="8020050" cy="1323659"/>
          <wp:effectExtent l="0" t="0" r="0" b="0"/>
          <wp:docPr id="12" name="Imagem 12" descr="C:\Users\nepe.coordenador\AppData\Local\Microsoft\Windows\INetCache\Content.MSO\F59210E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C:\Users\nepe.coordenador\AppData\Local\Microsoft\Windows\INetCache\Content.MSO\F59210E.tmp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739"/>
                  <a:stretch/>
                </pic:blipFill>
                <pic:spPr bwMode="auto">
                  <a:xfrm>
                    <a:off x="0" y="0"/>
                    <a:ext cx="8196270" cy="135274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1486B3" w14:textId="2A7D12E6" w:rsidR="000C4DFB" w:rsidRDefault="0010407F" w:rsidP="000C4DFB">
    <w:pPr>
      <w:pStyle w:val="Cabealho"/>
      <w:ind w:left="-1701"/>
    </w:pPr>
    <w:r>
      <w:rPr>
        <w:noProof/>
      </w:rPr>
      <w:drawing>
        <wp:inline distT="0" distB="0" distL="0" distR="0" wp14:anchorId="5942E8C2" wp14:editId="11781EDE">
          <wp:extent cx="8032093" cy="1323975"/>
          <wp:effectExtent l="0" t="0" r="7620" b="0"/>
          <wp:docPr id="11" name="Imagem 11" descr="C:\Users\nepe.coordenador\AppData\Local\Microsoft\Windows\INetCache\Content.MSO\3333C300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C:\Users\nepe.coordenador\AppData\Local\Microsoft\Windows\INetCache\Content.MSO\3333C300.tmp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16"/>
                  <a:stretch/>
                </pic:blipFill>
                <pic:spPr bwMode="auto">
                  <a:xfrm>
                    <a:off x="0" y="0"/>
                    <a:ext cx="8146442" cy="13428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4DFB"/>
    <w:rsid w:val="0010407F"/>
    <w:rsid w:val="0015074B"/>
    <w:rsid w:val="0029639D"/>
    <w:rsid w:val="00326F90"/>
    <w:rsid w:val="00366154"/>
    <w:rsid w:val="006A401A"/>
    <w:rsid w:val="006E63A1"/>
    <w:rsid w:val="008B4AFD"/>
    <w:rsid w:val="008E4F64"/>
    <w:rsid w:val="00A11012"/>
    <w:rsid w:val="00A32D3F"/>
    <w:rsid w:val="00AA1D8D"/>
    <w:rsid w:val="00B47730"/>
    <w:rsid w:val="00C34497"/>
    <w:rsid w:val="00C63C93"/>
    <w:rsid w:val="00CB0664"/>
    <w:rsid w:val="00F62E4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41597BD8"/>
  <w14:defaultImageDpi w14:val="300"/>
  <w15:docId w15:val="{ED78ADE9-1725-4458-9BFE-77D114B09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epargpadro"/>
    <w:uiPriority w:val="99"/>
    <w:unhideWhenUsed/>
    <w:rsid w:val="00366154"/>
    <w:rPr>
      <w:color w:val="0000FF" w:themeColor="hyperlink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0407F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0407F"/>
    <w:rPr>
      <w:sz w:val="20"/>
      <w:szCs w:val="20"/>
      <w:lang w:val="pt-BR"/>
    </w:rPr>
  </w:style>
  <w:style w:type="character" w:styleId="Refdenotaderodap">
    <w:name w:val="footnote reference"/>
    <w:basedOn w:val="Fontepargpadro"/>
    <w:uiPriority w:val="99"/>
    <w:semiHidden/>
    <w:unhideWhenUsed/>
    <w:rsid w:val="0010407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283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2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37BCEDD-3728-4C8B-9C62-75B2800DC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649</Words>
  <Characters>3506</Characters>
  <Application>Microsoft Office Word</Application>
  <DocSecurity>0</DocSecurity>
  <Lines>29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4147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Jasminie Serrano Martinelli</cp:lastModifiedBy>
  <cp:revision>11</cp:revision>
  <dcterms:created xsi:type="dcterms:W3CDTF">2025-04-30T00:34:00Z</dcterms:created>
  <dcterms:modified xsi:type="dcterms:W3CDTF">2026-06-12T19:13:00Z</dcterms:modified>
  <cp:category/>
</cp:coreProperties>
</file>